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374E6" w14:textId="77777777" w:rsidR="00AD5A34" w:rsidRPr="00C94C97" w:rsidRDefault="00000000" w:rsidP="00C94C97">
      <w:pPr>
        <w:pStyle w:val="Heading1"/>
        <w:jc w:val="center"/>
        <w:rPr>
          <w:rFonts w:asciiTheme="minorHAnsi" w:hAnsiTheme="minorHAnsi"/>
          <w:color w:val="auto"/>
        </w:rPr>
      </w:pPr>
      <w:r w:rsidRPr="00C94C97">
        <w:rPr>
          <w:rFonts w:asciiTheme="minorHAnsi" w:hAnsiTheme="minorHAnsi"/>
          <w:color w:val="auto"/>
        </w:rPr>
        <w:t>Copyright, Author(s) Consent &amp; Declaration Form</w:t>
      </w:r>
    </w:p>
    <w:p w14:paraId="3B486031" w14:textId="3A4312D5" w:rsidR="00AD5A34" w:rsidRPr="00C94C97" w:rsidRDefault="00000000" w:rsidP="002636F4">
      <w:pPr>
        <w:jc w:val="both"/>
      </w:pPr>
      <w:r w:rsidRPr="00C94C97">
        <w:t xml:space="preserve">It is mandatory for all authors submitting their </w:t>
      </w:r>
      <w:r w:rsidR="002636F4" w:rsidRPr="00C94C97">
        <w:t>manuscripts</w:t>
      </w:r>
      <w:r w:rsidRPr="00C94C97">
        <w:t xml:space="preserve"> for publication in the Journal of Excellence in Management Sciences (JEMS) to complete this form. A duly filled and signed copy of this form must be submitted to the journal’s editorial office via email at: </w:t>
      </w:r>
      <w:hyperlink r:id="rId8" w:history="1">
        <w:r w:rsidR="002636F4" w:rsidRPr="00C94C97">
          <w:rPr>
            <w:rStyle w:val="Hyperlink"/>
          </w:rPr>
          <w:t>jems@smarcons.com</w:t>
        </w:r>
      </w:hyperlink>
      <w:r w:rsidR="002636F4" w:rsidRPr="00C94C97">
        <w:t xml:space="preserve"> </w:t>
      </w:r>
    </w:p>
    <w:p w14:paraId="44D24DAD" w14:textId="2B41DDAF" w:rsidR="00C94C97" w:rsidRPr="00C94C97" w:rsidRDefault="00000000" w:rsidP="002636F4">
      <w:pPr>
        <w:jc w:val="both"/>
      </w:pPr>
      <w:r w:rsidRPr="00C94C97">
        <w:t>I, the undersigned, on behalf of my co-authors listed below, hereby give consent to publish our manuscript titled:</w:t>
      </w:r>
      <w:r w:rsidR="002636F4" w:rsidRPr="00C94C97">
        <w:t xml:space="preserve"> </w:t>
      </w:r>
      <w:r w:rsidRPr="00C94C97">
        <w:t>“___________________________________________________________________”</w:t>
      </w:r>
      <w:r w:rsidR="002636F4" w:rsidRPr="00C94C97">
        <w:t xml:space="preserve"> </w:t>
      </w:r>
      <w:r w:rsidRPr="00C94C97">
        <w:t xml:space="preserve">in the Journal of Excellence in Management Sciences (JEMS), published by SMARCONs, and protected under copyright according to the </w:t>
      </w:r>
      <w:hyperlink r:id="rId9" w:history="1">
        <w:r w:rsidR="00C94C97" w:rsidRPr="00C94C97">
          <w:rPr>
            <w:rStyle w:val="Hyperlink"/>
          </w:rPr>
          <w:t>Creative Commons Attribution 4.0 International (CC BY 4.0)</w:t>
        </w:r>
      </w:hyperlink>
      <w:r w:rsidRPr="00C94C97">
        <w:t xml:space="preserve"> license.</w:t>
      </w:r>
    </w:p>
    <w:p w14:paraId="336E447E" w14:textId="52FAAED4" w:rsidR="00C94C97" w:rsidRPr="00C94C97" w:rsidRDefault="00000000" w:rsidP="00F13913">
      <w:pPr>
        <w:spacing w:after="0"/>
        <w:jc w:val="both"/>
      </w:pPr>
      <w:r w:rsidRPr="00C94C97">
        <w:t>I/We declare that:</w:t>
      </w:r>
    </w:p>
    <w:p w14:paraId="41A10876" w14:textId="28466E91" w:rsidR="00C94C97" w:rsidRPr="00C94C97" w:rsidRDefault="00000000" w:rsidP="002636F4">
      <w:pPr>
        <w:jc w:val="both"/>
      </w:pPr>
      <w:r w:rsidRPr="00C94C97">
        <w:t xml:space="preserve">The manuscript is our original work, has not been published previously, and is not under consideration elsewhere in any form. All authors have contributed significantly to the work and qualify for authorship. All those who contributed substantially have been listed as co-authors, and </w:t>
      </w:r>
      <w:r w:rsidR="002636F4" w:rsidRPr="00C94C97">
        <w:t>all have agreed upon the order of authorship</w:t>
      </w:r>
      <w:r w:rsidRPr="00C94C97">
        <w:t>. Each author has reviewed the final version of the manuscript and consents to its submission. Contributions by other individuals or organizations have been properly acknowledged.</w:t>
      </w:r>
    </w:p>
    <w:p w14:paraId="14A57146" w14:textId="59CE5BCD" w:rsidR="002636F4" w:rsidRDefault="00000000" w:rsidP="002636F4">
      <w:pPr>
        <w:jc w:val="both"/>
      </w:pPr>
      <w:r w:rsidRPr="00C94C97">
        <w:t xml:space="preserve">I/We affirm adherence to the ethical standards and guidelines published on the journal’s website: </w:t>
      </w:r>
      <w:hyperlink r:id="rId10" w:history="1">
        <w:r w:rsidR="002636F4" w:rsidRPr="00C94C97">
          <w:rPr>
            <w:rStyle w:val="Hyperlink"/>
          </w:rPr>
          <w:t>https://journals.smarcons.com/index.php/jems/Publication_Ethics</w:t>
        </w:r>
      </w:hyperlink>
      <w:r w:rsidR="002636F4" w:rsidRPr="00C94C97">
        <w:t xml:space="preserve"> </w:t>
      </w:r>
    </w:p>
    <w:p w14:paraId="60CADD77" w14:textId="77777777" w:rsidR="002636F4" w:rsidRPr="00F13913" w:rsidRDefault="00000000" w:rsidP="00F13913">
      <w:pPr>
        <w:jc w:val="center"/>
        <w:rPr>
          <w:b/>
          <w:bCs/>
          <w:sz w:val="28"/>
          <w:szCs w:val="28"/>
        </w:rPr>
      </w:pPr>
      <w:r w:rsidRPr="00F13913">
        <w:rPr>
          <w:b/>
          <w:bCs/>
          <w:sz w:val="28"/>
          <w:szCs w:val="28"/>
        </w:rPr>
        <w:t>Author Details and Contributions</w:t>
      </w:r>
    </w:p>
    <w:tbl>
      <w:tblPr>
        <w:tblW w:w="493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2039"/>
        <w:gridCol w:w="1284"/>
        <w:gridCol w:w="1184"/>
        <w:gridCol w:w="1453"/>
        <w:gridCol w:w="1448"/>
      </w:tblGrid>
      <w:tr w:rsidR="00AD5A34" w:rsidRPr="00C94C97" w14:paraId="187C7340" w14:textId="77777777" w:rsidTr="002636F4">
        <w:tc>
          <w:tcPr>
            <w:tcW w:w="778" w:type="pct"/>
          </w:tcPr>
          <w:p w14:paraId="7614C828" w14:textId="77777777" w:rsidR="00AD5A34" w:rsidRPr="00C94C97" w:rsidRDefault="00000000" w:rsidP="002636F4">
            <w:pPr>
              <w:spacing w:after="0"/>
              <w:jc w:val="both"/>
              <w:rPr>
                <w:b/>
                <w:bCs/>
                <w:sz w:val="18"/>
                <w:szCs w:val="18"/>
              </w:rPr>
            </w:pPr>
            <w:r w:rsidRPr="00C94C97">
              <w:rPr>
                <w:b/>
                <w:bCs/>
                <w:sz w:val="18"/>
                <w:szCs w:val="18"/>
              </w:rPr>
              <w:t>Author Name</w:t>
            </w:r>
          </w:p>
        </w:tc>
        <w:tc>
          <w:tcPr>
            <w:tcW w:w="1177" w:type="pct"/>
          </w:tcPr>
          <w:p w14:paraId="164F9474" w14:textId="77777777" w:rsidR="00AD5A34" w:rsidRPr="00C94C97" w:rsidRDefault="00000000" w:rsidP="002636F4">
            <w:pPr>
              <w:spacing w:after="0"/>
              <w:jc w:val="both"/>
              <w:rPr>
                <w:b/>
                <w:bCs/>
                <w:sz w:val="18"/>
                <w:szCs w:val="18"/>
              </w:rPr>
            </w:pPr>
            <w:r w:rsidRPr="00C94C97">
              <w:rPr>
                <w:b/>
                <w:bCs/>
                <w:sz w:val="18"/>
                <w:szCs w:val="18"/>
              </w:rPr>
              <w:t>Institutional Affiliation</w:t>
            </w:r>
          </w:p>
        </w:tc>
        <w:tc>
          <w:tcPr>
            <w:tcW w:w="676" w:type="pct"/>
          </w:tcPr>
          <w:p w14:paraId="05FEEB9A" w14:textId="77777777" w:rsidR="00AD5A34" w:rsidRPr="00C94C97" w:rsidRDefault="00000000" w:rsidP="002636F4">
            <w:pPr>
              <w:spacing w:after="0"/>
              <w:jc w:val="both"/>
              <w:rPr>
                <w:b/>
                <w:bCs/>
                <w:sz w:val="18"/>
                <w:szCs w:val="18"/>
              </w:rPr>
            </w:pPr>
            <w:r w:rsidRPr="00C94C97">
              <w:rPr>
                <w:b/>
                <w:bCs/>
                <w:sz w:val="18"/>
                <w:szCs w:val="18"/>
              </w:rPr>
              <w:t>Contribution</w:t>
            </w:r>
          </w:p>
        </w:tc>
        <w:tc>
          <w:tcPr>
            <w:tcW w:w="688" w:type="pct"/>
          </w:tcPr>
          <w:p w14:paraId="1FA13509" w14:textId="77777777" w:rsidR="00AD5A34" w:rsidRPr="00C94C97" w:rsidRDefault="00000000" w:rsidP="002636F4">
            <w:pPr>
              <w:spacing w:after="0"/>
              <w:jc w:val="both"/>
              <w:rPr>
                <w:b/>
                <w:bCs/>
                <w:sz w:val="18"/>
                <w:szCs w:val="18"/>
              </w:rPr>
            </w:pPr>
            <w:r w:rsidRPr="00C94C97">
              <w:rPr>
                <w:b/>
                <w:bCs/>
                <w:sz w:val="18"/>
                <w:szCs w:val="18"/>
              </w:rPr>
              <w:t>ORCID</w:t>
            </w:r>
          </w:p>
        </w:tc>
        <w:tc>
          <w:tcPr>
            <w:tcW w:w="842" w:type="pct"/>
          </w:tcPr>
          <w:p w14:paraId="067C55B1" w14:textId="77777777" w:rsidR="00AD5A34" w:rsidRPr="00C94C97" w:rsidRDefault="00000000" w:rsidP="002636F4">
            <w:pPr>
              <w:spacing w:after="0"/>
              <w:jc w:val="both"/>
              <w:rPr>
                <w:b/>
                <w:bCs/>
                <w:sz w:val="18"/>
                <w:szCs w:val="18"/>
              </w:rPr>
            </w:pPr>
            <w:r w:rsidRPr="00C94C97">
              <w:rPr>
                <w:b/>
                <w:bCs/>
                <w:sz w:val="18"/>
                <w:szCs w:val="18"/>
              </w:rPr>
              <w:t>Institutional Email</w:t>
            </w:r>
          </w:p>
        </w:tc>
        <w:tc>
          <w:tcPr>
            <w:tcW w:w="839" w:type="pct"/>
          </w:tcPr>
          <w:p w14:paraId="6AF01C59" w14:textId="77777777" w:rsidR="00AD5A34" w:rsidRPr="00C94C97" w:rsidRDefault="00000000" w:rsidP="002636F4">
            <w:pPr>
              <w:spacing w:after="0"/>
              <w:jc w:val="both"/>
              <w:rPr>
                <w:b/>
                <w:bCs/>
                <w:sz w:val="18"/>
                <w:szCs w:val="18"/>
              </w:rPr>
            </w:pPr>
            <w:r w:rsidRPr="00C94C97">
              <w:rPr>
                <w:b/>
                <w:bCs/>
                <w:sz w:val="18"/>
                <w:szCs w:val="18"/>
              </w:rPr>
              <w:t>Contact Number</w:t>
            </w:r>
          </w:p>
        </w:tc>
      </w:tr>
      <w:tr w:rsidR="00AD5A34" w:rsidRPr="00C94C97" w14:paraId="35C7CC39" w14:textId="77777777" w:rsidTr="002636F4">
        <w:tc>
          <w:tcPr>
            <w:tcW w:w="778" w:type="pct"/>
          </w:tcPr>
          <w:p w14:paraId="795E2DE5" w14:textId="77777777" w:rsidR="00AD5A34" w:rsidRPr="00C94C97" w:rsidRDefault="00AD5A34" w:rsidP="002636F4">
            <w:pPr>
              <w:spacing w:after="0"/>
              <w:jc w:val="both"/>
              <w:rPr>
                <w:sz w:val="18"/>
                <w:szCs w:val="18"/>
              </w:rPr>
            </w:pPr>
          </w:p>
        </w:tc>
        <w:tc>
          <w:tcPr>
            <w:tcW w:w="1177" w:type="pct"/>
          </w:tcPr>
          <w:p w14:paraId="2D13AD9E" w14:textId="77777777" w:rsidR="00AD5A34" w:rsidRPr="00C94C97" w:rsidRDefault="00AD5A34" w:rsidP="002636F4">
            <w:pPr>
              <w:spacing w:after="0"/>
              <w:jc w:val="both"/>
              <w:rPr>
                <w:sz w:val="18"/>
                <w:szCs w:val="18"/>
              </w:rPr>
            </w:pPr>
          </w:p>
        </w:tc>
        <w:tc>
          <w:tcPr>
            <w:tcW w:w="676" w:type="pct"/>
          </w:tcPr>
          <w:p w14:paraId="66F850F3" w14:textId="77777777" w:rsidR="00AD5A34" w:rsidRPr="00C94C97" w:rsidRDefault="00AD5A34" w:rsidP="002636F4">
            <w:pPr>
              <w:spacing w:after="0"/>
              <w:jc w:val="both"/>
              <w:rPr>
                <w:sz w:val="18"/>
                <w:szCs w:val="18"/>
              </w:rPr>
            </w:pPr>
          </w:p>
        </w:tc>
        <w:tc>
          <w:tcPr>
            <w:tcW w:w="688" w:type="pct"/>
          </w:tcPr>
          <w:p w14:paraId="5F467036" w14:textId="77777777" w:rsidR="00AD5A34" w:rsidRPr="00C94C97" w:rsidRDefault="00AD5A34" w:rsidP="002636F4">
            <w:pPr>
              <w:spacing w:after="0"/>
              <w:jc w:val="both"/>
              <w:rPr>
                <w:sz w:val="18"/>
                <w:szCs w:val="18"/>
              </w:rPr>
            </w:pPr>
          </w:p>
        </w:tc>
        <w:tc>
          <w:tcPr>
            <w:tcW w:w="842" w:type="pct"/>
          </w:tcPr>
          <w:p w14:paraId="2C4BC413" w14:textId="77777777" w:rsidR="00AD5A34" w:rsidRPr="00C94C97" w:rsidRDefault="00AD5A34" w:rsidP="002636F4">
            <w:pPr>
              <w:spacing w:after="0"/>
              <w:jc w:val="both"/>
              <w:rPr>
                <w:sz w:val="18"/>
                <w:szCs w:val="18"/>
              </w:rPr>
            </w:pPr>
          </w:p>
        </w:tc>
        <w:tc>
          <w:tcPr>
            <w:tcW w:w="839" w:type="pct"/>
          </w:tcPr>
          <w:p w14:paraId="71ADDB6D" w14:textId="77777777" w:rsidR="00AD5A34" w:rsidRPr="00C94C97" w:rsidRDefault="00AD5A34" w:rsidP="002636F4">
            <w:pPr>
              <w:spacing w:after="0"/>
              <w:jc w:val="both"/>
              <w:rPr>
                <w:sz w:val="18"/>
                <w:szCs w:val="18"/>
              </w:rPr>
            </w:pPr>
          </w:p>
        </w:tc>
      </w:tr>
      <w:tr w:rsidR="00AD5A34" w:rsidRPr="00C94C97" w14:paraId="7D706698" w14:textId="77777777" w:rsidTr="002636F4">
        <w:tc>
          <w:tcPr>
            <w:tcW w:w="778" w:type="pct"/>
          </w:tcPr>
          <w:p w14:paraId="4CF288A3" w14:textId="77777777" w:rsidR="00AD5A34" w:rsidRPr="00C94C97" w:rsidRDefault="00AD5A34" w:rsidP="002636F4">
            <w:pPr>
              <w:spacing w:after="0"/>
              <w:jc w:val="both"/>
              <w:rPr>
                <w:sz w:val="18"/>
                <w:szCs w:val="18"/>
              </w:rPr>
            </w:pPr>
          </w:p>
        </w:tc>
        <w:tc>
          <w:tcPr>
            <w:tcW w:w="1177" w:type="pct"/>
          </w:tcPr>
          <w:p w14:paraId="0F70BE91" w14:textId="77777777" w:rsidR="00AD5A34" w:rsidRPr="00C94C97" w:rsidRDefault="00AD5A34" w:rsidP="002636F4">
            <w:pPr>
              <w:spacing w:after="0"/>
              <w:jc w:val="both"/>
              <w:rPr>
                <w:sz w:val="18"/>
                <w:szCs w:val="18"/>
              </w:rPr>
            </w:pPr>
          </w:p>
        </w:tc>
        <w:tc>
          <w:tcPr>
            <w:tcW w:w="676" w:type="pct"/>
          </w:tcPr>
          <w:p w14:paraId="734B82FC" w14:textId="77777777" w:rsidR="00AD5A34" w:rsidRPr="00C94C97" w:rsidRDefault="00AD5A34" w:rsidP="002636F4">
            <w:pPr>
              <w:spacing w:after="0"/>
              <w:jc w:val="both"/>
              <w:rPr>
                <w:sz w:val="18"/>
                <w:szCs w:val="18"/>
              </w:rPr>
            </w:pPr>
          </w:p>
        </w:tc>
        <w:tc>
          <w:tcPr>
            <w:tcW w:w="688" w:type="pct"/>
          </w:tcPr>
          <w:p w14:paraId="32ECF43C" w14:textId="77777777" w:rsidR="00AD5A34" w:rsidRPr="00C94C97" w:rsidRDefault="00AD5A34" w:rsidP="002636F4">
            <w:pPr>
              <w:spacing w:after="0"/>
              <w:jc w:val="both"/>
              <w:rPr>
                <w:sz w:val="18"/>
                <w:szCs w:val="18"/>
              </w:rPr>
            </w:pPr>
          </w:p>
        </w:tc>
        <w:tc>
          <w:tcPr>
            <w:tcW w:w="842" w:type="pct"/>
          </w:tcPr>
          <w:p w14:paraId="476270D9" w14:textId="77777777" w:rsidR="00AD5A34" w:rsidRPr="00C94C97" w:rsidRDefault="00AD5A34" w:rsidP="002636F4">
            <w:pPr>
              <w:spacing w:after="0"/>
              <w:jc w:val="both"/>
              <w:rPr>
                <w:sz w:val="18"/>
                <w:szCs w:val="18"/>
              </w:rPr>
            </w:pPr>
          </w:p>
        </w:tc>
        <w:tc>
          <w:tcPr>
            <w:tcW w:w="839" w:type="pct"/>
          </w:tcPr>
          <w:p w14:paraId="26900083" w14:textId="77777777" w:rsidR="00AD5A34" w:rsidRPr="00C94C97" w:rsidRDefault="00AD5A34" w:rsidP="002636F4">
            <w:pPr>
              <w:spacing w:after="0"/>
              <w:jc w:val="both"/>
              <w:rPr>
                <w:sz w:val="18"/>
                <w:szCs w:val="18"/>
              </w:rPr>
            </w:pPr>
          </w:p>
        </w:tc>
      </w:tr>
      <w:tr w:rsidR="00AD5A34" w:rsidRPr="00C94C97" w14:paraId="1A81E0B3" w14:textId="77777777" w:rsidTr="002636F4">
        <w:tc>
          <w:tcPr>
            <w:tcW w:w="778" w:type="pct"/>
          </w:tcPr>
          <w:p w14:paraId="5C1CE095" w14:textId="77777777" w:rsidR="00AD5A34" w:rsidRPr="00C94C97" w:rsidRDefault="00AD5A34" w:rsidP="002636F4">
            <w:pPr>
              <w:spacing w:after="0"/>
              <w:jc w:val="both"/>
              <w:rPr>
                <w:sz w:val="18"/>
                <w:szCs w:val="18"/>
              </w:rPr>
            </w:pPr>
          </w:p>
        </w:tc>
        <w:tc>
          <w:tcPr>
            <w:tcW w:w="1177" w:type="pct"/>
          </w:tcPr>
          <w:p w14:paraId="5AE0AEA3" w14:textId="77777777" w:rsidR="00AD5A34" w:rsidRPr="00C94C97" w:rsidRDefault="00AD5A34" w:rsidP="002636F4">
            <w:pPr>
              <w:spacing w:after="0"/>
              <w:jc w:val="both"/>
              <w:rPr>
                <w:sz w:val="18"/>
                <w:szCs w:val="18"/>
              </w:rPr>
            </w:pPr>
          </w:p>
        </w:tc>
        <w:tc>
          <w:tcPr>
            <w:tcW w:w="676" w:type="pct"/>
          </w:tcPr>
          <w:p w14:paraId="78987C60" w14:textId="77777777" w:rsidR="00AD5A34" w:rsidRPr="00C94C97" w:rsidRDefault="00AD5A34" w:rsidP="002636F4">
            <w:pPr>
              <w:spacing w:after="0"/>
              <w:jc w:val="both"/>
              <w:rPr>
                <w:sz w:val="18"/>
                <w:szCs w:val="18"/>
              </w:rPr>
            </w:pPr>
          </w:p>
        </w:tc>
        <w:tc>
          <w:tcPr>
            <w:tcW w:w="688" w:type="pct"/>
          </w:tcPr>
          <w:p w14:paraId="0CE874ED" w14:textId="77777777" w:rsidR="00AD5A34" w:rsidRPr="00C94C97" w:rsidRDefault="00AD5A34" w:rsidP="002636F4">
            <w:pPr>
              <w:spacing w:after="0"/>
              <w:jc w:val="both"/>
              <w:rPr>
                <w:sz w:val="18"/>
                <w:szCs w:val="18"/>
              </w:rPr>
            </w:pPr>
          </w:p>
        </w:tc>
        <w:tc>
          <w:tcPr>
            <w:tcW w:w="842" w:type="pct"/>
          </w:tcPr>
          <w:p w14:paraId="4CDA59ED" w14:textId="77777777" w:rsidR="00AD5A34" w:rsidRPr="00C94C97" w:rsidRDefault="00AD5A34" w:rsidP="002636F4">
            <w:pPr>
              <w:spacing w:after="0"/>
              <w:jc w:val="both"/>
              <w:rPr>
                <w:sz w:val="18"/>
                <w:szCs w:val="18"/>
              </w:rPr>
            </w:pPr>
          </w:p>
        </w:tc>
        <w:tc>
          <w:tcPr>
            <w:tcW w:w="839" w:type="pct"/>
          </w:tcPr>
          <w:p w14:paraId="6FB8AAEB" w14:textId="77777777" w:rsidR="00AD5A34" w:rsidRPr="00C94C97" w:rsidRDefault="00AD5A34" w:rsidP="002636F4">
            <w:pPr>
              <w:spacing w:after="0"/>
              <w:jc w:val="both"/>
              <w:rPr>
                <w:sz w:val="18"/>
                <w:szCs w:val="18"/>
              </w:rPr>
            </w:pPr>
          </w:p>
        </w:tc>
      </w:tr>
      <w:tr w:rsidR="00AD5A34" w:rsidRPr="00C94C97" w14:paraId="19DE814D" w14:textId="77777777" w:rsidTr="002636F4">
        <w:tc>
          <w:tcPr>
            <w:tcW w:w="778" w:type="pct"/>
          </w:tcPr>
          <w:p w14:paraId="0395F917" w14:textId="77777777" w:rsidR="00AD5A34" w:rsidRPr="00C94C97" w:rsidRDefault="00AD5A34" w:rsidP="002636F4">
            <w:pPr>
              <w:spacing w:after="0"/>
              <w:jc w:val="both"/>
              <w:rPr>
                <w:sz w:val="18"/>
                <w:szCs w:val="18"/>
              </w:rPr>
            </w:pPr>
          </w:p>
        </w:tc>
        <w:tc>
          <w:tcPr>
            <w:tcW w:w="1177" w:type="pct"/>
          </w:tcPr>
          <w:p w14:paraId="2B819477" w14:textId="77777777" w:rsidR="00AD5A34" w:rsidRPr="00C94C97" w:rsidRDefault="00AD5A34" w:rsidP="002636F4">
            <w:pPr>
              <w:spacing w:after="0"/>
              <w:jc w:val="both"/>
              <w:rPr>
                <w:sz w:val="18"/>
                <w:szCs w:val="18"/>
              </w:rPr>
            </w:pPr>
          </w:p>
        </w:tc>
        <w:tc>
          <w:tcPr>
            <w:tcW w:w="676" w:type="pct"/>
          </w:tcPr>
          <w:p w14:paraId="25295A0C" w14:textId="77777777" w:rsidR="00AD5A34" w:rsidRPr="00C94C97" w:rsidRDefault="00AD5A34" w:rsidP="002636F4">
            <w:pPr>
              <w:spacing w:after="0"/>
              <w:jc w:val="both"/>
              <w:rPr>
                <w:sz w:val="18"/>
                <w:szCs w:val="18"/>
              </w:rPr>
            </w:pPr>
          </w:p>
        </w:tc>
        <w:tc>
          <w:tcPr>
            <w:tcW w:w="688" w:type="pct"/>
          </w:tcPr>
          <w:p w14:paraId="3E703668" w14:textId="77777777" w:rsidR="00AD5A34" w:rsidRPr="00C94C97" w:rsidRDefault="00AD5A34" w:rsidP="002636F4">
            <w:pPr>
              <w:spacing w:after="0"/>
              <w:jc w:val="both"/>
              <w:rPr>
                <w:sz w:val="18"/>
                <w:szCs w:val="18"/>
              </w:rPr>
            </w:pPr>
          </w:p>
        </w:tc>
        <w:tc>
          <w:tcPr>
            <w:tcW w:w="842" w:type="pct"/>
          </w:tcPr>
          <w:p w14:paraId="71E40886" w14:textId="77777777" w:rsidR="00AD5A34" w:rsidRPr="00C94C97" w:rsidRDefault="00AD5A34" w:rsidP="002636F4">
            <w:pPr>
              <w:spacing w:after="0"/>
              <w:jc w:val="both"/>
              <w:rPr>
                <w:sz w:val="18"/>
                <w:szCs w:val="18"/>
              </w:rPr>
            </w:pPr>
          </w:p>
        </w:tc>
        <w:tc>
          <w:tcPr>
            <w:tcW w:w="839" w:type="pct"/>
          </w:tcPr>
          <w:p w14:paraId="5427E73A" w14:textId="77777777" w:rsidR="00AD5A34" w:rsidRPr="00C94C97" w:rsidRDefault="00AD5A34" w:rsidP="002636F4">
            <w:pPr>
              <w:spacing w:after="0"/>
              <w:jc w:val="both"/>
              <w:rPr>
                <w:sz w:val="18"/>
                <w:szCs w:val="18"/>
              </w:rPr>
            </w:pPr>
          </w:p>
        </w:tc>
      </w:tr>
    </w:tbl>
    <w:p w14:paraId="6B4C6BC2" w14:textId="77777777" w:rsidR="002636F4" w:rsidRPr="00C94C97" w:rsidRDefault="00000000" w:rsidP="00C94C97">
      <w:pPr>
        <w:jc w:val="center"/>
        <w:rPr>
          <w:b/>
          <w:bCs/>
        </w:rPr>
      </w:pPr>
      <w:r w:rsidRPr="00C94C97">
        <w:br/>
      </w:r>
      <w:r w:rsidRPr="00F13913">
        <w:rPr>
          <w:b/>
          <w:bCs/>
          <w:sz w:val="28"/>
          <w:szCs w:val="28"/>
        </w:rPr>
        <w:t>Conflict of Interest, Funding &amp; Acknowledgments</w:t>
      </w:r>
    </w:p>
    <w:tbl>
      <w:tblPr>
        <w:tblStyle w:val="TableGrid"/>
        <w:tblW w:w="0" w:type="auto"/>
        <w:tblLook w:val="04A0" w:firstRow="1" w:lastRow="0" w:firstColumn="1" w:lastColumn="0" w:noHBand="0" w:noVBand="1"/>
      </w:tblPr>
      <w:tblGrid>
        <w:gridCol w:w="5148"/>
        <w:gridCol w:w="3708"/>
      </w:tblGrid>
      <w:tr w:rsidR="00C94C97" w:rsidRPr="00F13913" w14:paraId="2D9C7E19" w14:textId="77777777" w:rsidTr="00F13913">
        <w:tc>
          <w:tcPr>
            <w:tcW w:w="5148" w:type="dxa"/>
          </w:tcPr>
          <w:p w14:paraId="5C398F0A" w14:textId="6C013795" w:rsidR="00C94C97" w:rsidRPr="00F13913" w:rsidRDefault="00C94C97" w:rsidP="00C94C97">
            <w:pPr>
              <w:jc w:val="both"/>
              <w:rPr>
                <w:sz w:val="18"/>
                <w:szCs w:val="18"/>
              </w:rPr>
            </w:pPr>
            <w:r w:rsidRPr="00F13913">
              <w:rPr>
                <w:b/>
                <w:bCs/>
                <w:sz w:val="18"/>
                <w:szCs w:val="18"/>
              </w:rPr>
              <w:t>Funding:</w:t>
            </w:r>
            <w:r w:rsidRPr="00F13913">
              <w:rPr>
                <w:b/>
                <w:bCs/>
                <w:sz w:val="18"/>
                <w:szCs w:val="18"/>
              </w:rPr>
              <w:br/>
            </w:r>
            <w:r w:rsidRPr="00F13913">
              <w:rPr>
                <w:sz w:val="18"/>
                <w:szCs w:val="18"/>
              </w:rPr>
              <w:t>“This research received no external funding.” OR “This research was funded by ____________________, Grant No. ___________.”</w:t>
            </w:r>
          </w:p>
        </w:tc>
        <w:tc>
          <w:tcPr>
            <w:tcW w:w="3708" w:type="dxa"/>
          </w:tcPr>
          <w:p w14:paraId="2731692C" w14:textId="77777777" w:rsidR="00C94C97" w:rsidRPr="00F13913" w:rsidRDefault="00C94C97" w:rsidP="002636F4">
            <w:pPr>
              <w:jc w:val="both"/>
              <w:rPr>
                <w:b/>
                <w:bCs/>
                <w:sz w:val="18"/>
                <w:szCs w:val="18"/>
              </w:rPr>
            </w:pPr>
          </w:p>
        </w:tc>
      </w:tr>
      <w:tr w:rsidR="00C94C97" w:rsidRPr="00F13913" w14:paraId="039AA2D0" w14:textId="77777777" w:rsidTr="00F13913">
        <w:tc>
          <w:tcPr>
            <w:tcW w:w="5148" w:type="dxa"/>
          </w:tcPr>
          <w:p w14:paraId="61B82929" w14:textId="77777777" w:rsidR="00C94C97" w:rsidRPr="00F13913" w:rsidRDefault="00C94C97" w:rsidP="00C94C97">
            <w:pPr>
              <w:jc w:val="both"/>
              <w:rPr>
                <w:b/>
                <w:bCs/>
                <w:sz w:val="18"/>
                <w:szCs w:val="18"/>
              </w:rPr>
            </w:pPr>
            <w:r w:rsidRPr="00F13913">
              <w:rPr>
                <w:b/>
                <w:bCs/>
                <w:sz w:val="18"/>
                <w:szCs w:val="18"/>
              </w:rPr>
              <w:t>Conflicts of Interest:</w:t>
            </w:r>
          </w:p>
          <w:p w14:paraId="679E5900" w14:textId="66B9410B" w:rsidR="00C94C97" w:rsidRPr="00F13913" w:rsidRDefault="00C94C97" w:rsidP="00C94C97">
            <w:pPr>
              <w:jc w:val="both"/>
              <w:rPr>
                <w:b/>
                <w:bCs/>
                <w:sz w:val="18"/>
                <w:szCs w:val="18"/>
              </w:rPr>
            </w:pPr>
            <w:r w:rsidRPr="00F13913">
              <w:rPr>
                <w:sz w:val="18"/>
                <w:szCs w:val="18"/>
              </w:rPr>
              <w:t xml:space="preserve">“The authors declare no conflict of interest.” OR </w:t>
            </w:r>
            <w:proofErr w:type="gramStart"/>
            <w:r w:rsidRPr="00F13913">
              <w:rPr>
                <w:sz w:val="18"/>
                <w:szCs w:val="18"/>
              </w:rPr>
              <w:t>Declare</w:t>
            </w:r>
            <w:proofErr w:type="gramEnd"/>
            <w:r w:rsidRPr="00F13913">
              <w:rPr>
                <w:sz w:val="18"/>
                <w:szCs w:val="18"/>
              </w:rPr>
              <w:t xml:space="preserve"> any conflict here.</w:t>
            </w:r>
          </w:p>
        </w:tc>
        <w:tc>
          <w:tcPr>
            <w:tcW w:w="3708" w:type="dxa"/>
          </w:tcPr>
          <w:p w14:paraId="40C93FA0" w14:textId="77777777" w:rsidR="00C94C97" w:rsidRPr="00F13913" w:rsidRDefault="00C94C97" w:rsidP="002636F4">
            <w:pPr>
              <w:jc w:val="both"/>
              <w:rPr>
                <w:b/>
                <w:bCs/>
                <w:sz w:val="18"/>
                <w:szCs w:val="18"/>
              </w:rPr>
            </w:pPr>
          </w:p>
        </w:tc>
      </w:tr>
      <w:tr w:rsidR="00C94C97" w:rsidRPr="00F13913" w14:paraId="31887FE2" w14:textId="77777777" w:rsidTr="00F13913">
        <w:tc>
          <w:tcPr>
            <w:tcW w:w="5148" w:type="dxa"/>
          </w:tcPr>
          <w:p w14:paraId="5E64B630" w14:textId="3286A603" w:rsidR="00C94C97" w:rsidRPr="00F13913" w:rsidRDefault="00C94C97" w:rsidP="002636F4">
            <w:pPr>
              <w:jc w:val="both"/>
              <w:rPr>
                <w:b/>
                <w:bCs/>
                <w:sz w:val="18"/>
                <w:szCs w:val="18"/>
              </w:rPr>
            </w:pPr>
            <w:r w:rsidRPr="00F13913">
              <w:rPr>
                <w:b/>
                <w:bCs/>
                <w:sz w:val="18"/>
                <w:szCs w:val="18"/>
              </w:rPr>
              <w:t>Acknowledgments:</w:t>
            </w:r>
            <w:r w:rsidRPr="00F13913">
              <w:rPr>
                <w:b/>
                <w:bCs/>
                <w:sz w:val="18"/>
                <w:szCs w:val="18"/>
              </w:rPr>
              <w:br/>
            </w:r>
            <w:r w:rsidRPr="00F13913">
              <w:rPr>
                <w:sz w:val="18"/>
                <w:szCs w:val="18"/>
              </w:rPr>
              <w:t>Include support or contributions not covered under authorship or funding.</w:t>
            </w:r>
          </w:p>
        </w:tc>
        <w:tc>
          <w:tcPr>
            <w:tcW w:w="3708" w:type="dxa"/>
          </w:tcPr>
          <w:p w14:paraId="58AE4B38" w14:textId="77777777" w:rsidR="00C94C97" w:rsidRPr="00F13913" w:rsidRDefault="00C94C97" w:rsidP="002636F4">
            <w:pPr>
              <w:jc w:val="both"/>
              <w:rPr>
                <w:b/>
                <w:bCs/>
                <w:sz w:val="18"/>
                <w:szCs w:val="18"/>
              </w:rPr>
            </w:pPr>
          </w:p>
        </w:tc>
      </w:tr>
      <w:tr w:rsidR="00C94C97" w:rsidRPr="00F13913" w14:paraId="481CACD1" w14:textId="77777777" w:rsidTr="00F13913">
        <w:tc>
          <w:tcPr>
            <w:tcW w:w="5148" w:type="dxa"/>
          </w:tcPr>
          <w:p w14:paraId="5830ABD0" w14:textId="77777777" w:rsidR="00C94C97" w:rsidRPr="00F13913" w:rsidRDefault="00C94C97" w:rsidP="00C94C97">
            <w:pPr>
              <w:jc w:val="both"/>
              <w:rPr>
                <w:b/>
                <w:bCs/>
                <w:sz w:val="18"/>
                <w:szCs w:val="18"/>
              </w:rPr>
            </w:pPr>
            <w:r w:rsidRPr="00F13913">
              <w:rPr>
                <w:b/>
                <w:bCs/>
                <w:sz w:val="18"/>
                <w:szCs w:val="18"/>
              </w:rPr>
              <w:t>Supplementary Materials</w:t>
            </w:r>
          </w:p>
          <w:p w14:paraId="5C9EC117" w14:textId="4E6E6EC9" w:rsidR="00C94C97" w:rsidRPr="00F13913" w:rsidRDefault="00C94C97" w:rsidP="00C94C97">
            <w:pPr>
              <w:jc w:val="both"/>
              <w:rPr>
                <w:sz w:val="18"/>
                <w:szCs w:val="18"/>
              </w:rPr>
            </w:pPr>
            <w:r w:rsidRPr="00F13913">
              <w:rPr>
                <w:sz w:val="18"/>
                <w:szCs w:val="18"/>
              </w:rPr>
              <w:t>(Authors may skip this section if not applicable.) If applicable, please mention any supplementary files submitted</w:t>
            </w:r>
          </w:p>
        </w:tc>
        <w:tc>
          <w:tcPr>
            <w:tcW w:w="3708" w:type="dxa"/>
          </w:tcPr>
          <w:p w14:paraId="51626DD7" w14:textId="77777777" w:rsidR="00C94C97" w:rsidRPr="00F13913" w:rsidRDefault="00C94C97" w:rsidP="002636F4">
            <w:pPr>
              <w:jc w:val="both"/>
              <w:rPr>
                <w:b/>
                <w:bCs/>
                <w:sz w:val="18"/>
                <w:szCs w:val="18"/>
              </w:rPr>
            </w:pPr>
          </w:p>
        </w:tc>
      </w:tr>
    </w:tbl>
    <w:p w14:paraId="1B97CCEA" w14:textId="77777777" w:rsidR="004343A3" w:rsidRPr="004343A3" w:rsidRDefault="00000000" w:rsidP="004343A3">
      <w:pPr>
        <w:jc w:val="center"/>
        <w:rPr>
          <w:b/>
          <w:bCs/>
          <w:sz w:val="28"/>
          <w:szCs w:val="28"/>
        </w:rPr>
      </w:pPr>
      <w:r w:rsidRPr="00C94C97">
        <w:lastRenderedPageBreak/>
        <w:br/>
      </w:r>
      <w:r w:rsidRPr="00C94C97">
        <w:br/>
      </w:r>
      <w:r w:rsidR="004343A3" w:rsidRPr="004343A3">
        <w:rPr>
          <w:b/>
          <w:bCs/>
          <w:sz w:val="28"/>
          <w:szCs w:val="28"/>
        </w:rPr>
        <w:t>Data Availability Statement</w:t>
      </w:r>
    </w:p>
    <w:p w14:paraId="37A54E20" w14:textId="230127AB" w:rsidR="00913459" w:rsidRDefault="00913459" w:rsidP="00913459">
      <w:pPr>
        <w:jc w:val="both"/>
      </w:pPr>
      <w:r w:rsidRPr="00913459">
        <w:t>Authors are required to select or complete one of the following options regarding the availability of data supporting the findings of their study. The use of open-access repositories such as Zenodo (</w:t>
      </w:r>
      <w:hyperlink r:id="rId11" w:history="1">
        <w:r w:rsidRPr="00AC59B8">
          <w:rPr>
            <w:rStyle w:val="Hyperlink"/>
          </w:rPr>
          <w:t>https://zenodo.org</w:t>
        </w:r>
      </w:hyperlink>
      <w:r w:rsidRPr="00913459">
        <w:t>), Figshare (</w:t>
      </w:r>
      <w:hyperlink r:id="rId12" w:history="1">
        <w:r w:rsidRPr="00AC59B8">
          <w:rPr>
            <w:rStyle w:val="Hyperlink"/>
          </w:rPr>
          <w:t>https://figshare.com</w:t>
        </w:r>
      </w:hyperlink>
      <w:r w:rsidRPr="00913459">
        <w:t>), or institutional repositories is strongly encouraged for ensuring transparency and reproducibility.</w:t>
      </w:r>
    </w:p>
    <w:p w14:paraId="299CDADE" w14:textId="79B88A79" w:rsidR="004343A3" w:rsidRPr="004343A3" w:rsidRDefault="004343A3" w:rsidP="00913459">
      <w:pPr>
        <w:spacing w:after="0"/>
      </w:pPr>
      <w:r w:rsidRPr="004343A3">
        <w:t>Please indicate the availability of the data supporting the findings of this study.</w:t>
      </w:r>
    </w:p>
    <w:p w14:paraId="6D9F546E" w14:textId="77777777" w:rsidR="004343A3" w:rsidRPr="004343A3" w:rsidRDefault="004343A3" w:rsidP="004343A3">
      <w:pPr>
        <w:tabs>
          <w:tab w:val="left" w:pos="270"/>
        </w:tabs>
        <w:spacing w:after="0"/>
        <w:jc w:val="both"/>
      </w:pPr>
      <w:r w:rsidRPr="004343A3">
        <w:rPr>
          <w:rFonts w:ascii="Segoe UI Symbol" w:hAnsi="Segoe UI Symbol" w:cs="Segoe UI Symbol"/>
        </w:rPr>
        <w:t>☐</w:t>
      </w:r>
      <w:r w:rsidRPr="004343A3">
        <w:t xml:space="preserve"> The data that support the findings of this study are openly available in [repository name] at [DOI or URL].</w:t>
      </w:r>
    </w:p>
    <w:p w14:paraId="1476FED2" w14:textId="77777777" w:rsidR="004343A3" w:rsidRPr="004343A3" w:rsidRDefault="004343A3" w:rsidP="004343A3">
      <w:pPr>
        <w:spacing w:after="0"/>
        <w:jc w:val="both"/>
      </w:pPr>
      <w:r w:rsidRPr="004343A3">
        <w:rPr>
          <w:rFonts w:ascii="Segoe UI Symbol" w:hAnsi="Segoe UI Symbol" w:cs="Segoe UI Symbol"/>
        </w:rPr>
        <w:t>☐</w:t>
      </w:r>
      <w:r w:rsidRPr="004343A3">
        <w:t xml:space="preserve"> The data that support the findings of this study are available from the corresponding author upon reasonable request.</w:t>
      </w:r>
    </w:p>
    <w:p w14:paraId="341A6ADF" w14:textId="77777777" w:rsidR="004343A3" w:rsidRPr="004343A3" w:rsidRDefault="004343A3" w:rsidP="004343A3">
      <w:pPr>
        <w:spacing w:after="0"/>
        <w:jc w:val="both"/>
      </w:pPr>
      <w:r w:rsidRPr="004343A3">
        <w:rPr>
          <w:rFonts w:ascii="Segoe UI Symbol" w:hAnsi="Segoe UI Symbol" w:cs="Segoe UI Symbol"/>
        </w:rPr>
        <w:t>☐</w:t>
      </w:r>
      <w:r w:rsidRPr="004343A3">
        <w:t xml:space="preserve"> No new data were created or analyzed in this study. Data sharing is not applicable to this article.</w:t>
      </w:r>
    </w:p>
    <w:p w14:paraId="48B1C1D9" w14:textId="77777777" w:rsidR="004343A3" w:rsidRPr="004343A3" w:rsidRDefault="004343A3" w:rsidP="004343A3">
      <w:pPr>
        <w:spacing w:after="0"/>
        <w:jc w:val="both"/>
      </w:pPr>
      <w:r w:rsidRPr="004343A3">
        <w:rPr>
          <w:rFonts w:ascii="Segoe UI Symbol" w:hAnsi="Segoe UI Symbol" w:cs="Segoe UI Symbol"/>
        </w:rPr>
        <w:t>☐</w:t>
      </w:r>
      <w:r w:rsidRPr="004343A3">
        <w:t xml:space="preserve"> Data are not publicly available due to [state reason, e.g., privacy or ethical restrictions].</w:t>
      </w:r>
    </w:p>
    <w:p w14:paraId="062195F6" w14:textId="77777777" w:rsidR="004343A3" w:rsidRDefault="004343A3" w:rsidP="004343A3">
      <w:pPr>
        <w:jc w:val="center"/>
        <w:rPr>
          <w:b/>
          <w:bCs/>
          <w:sz w:val="28"/>
          <w:szCs w:val="28"/>
        </w:rPr>
      </w:pPr>
    </w:p>
    <w:p w14:paraId="6CB2D034" w14:textId="666685A2" w:rsidR="002636F4" w:rsidRPr="00C94C97" w:rsidRDefault="00000000" w:rsidP="004343A3">
      <w:pPr>
        <w:jc w:val="center"/>
        <w:rPr>
          <w:b/>
          <w:bCs/>
        </w:rPr>
      </w:pPr>
      <w:r w:rsidRPr="00F13913">
        <w:rPr>
          <w:b/>
          <w:bCs/>
          <w:sz w:val="28"/>
          <w:szCs w:val="28"/>
        </w:rPr>
        <w:t>Copyright Statement</w:t>
      </w:r>
    </w:p>
    <w:p w14:paraId="0E7DEAA8" w14:textId="1CED6EAD" w:rsidR="002636F4" w:rsidRPr="00C94C97" w:rsidRDefault="00000000" w:rsidP="002636F4">
      <w:pPr>
        <w:spacing w:after="0"/>
        <w:jc w:val="both"/>
      </w:pPr>
      <w:r w:rsidRPr="00C94C97">
        <w:t xml:space="preserve">Under the </w:t>
      </w:r>
      <w:hyperlink r:id="rId13" w:history="1">
        <w:r w:rsidR="002636F4" w:rsidRPr="00C94C97">
          <w:rPr>
            <w:rStyle w:val="Hyperlink"/>
          </w:rPr>
          <w:t>Creative Commons Attribution 4.0 International (CC BY 4.0)</w:t>
        </w:r>
      </w:hyperlink>
      <w:r w:rsidRPr="00C94C97">
        <w:t xml:space="preserve"> license, the authors retain copyright and grant JEMS the right of first publication. The work is licensed in a way that allows others to share and adapt the material for any purpose, including commercial use, provided that appropriate credit is given.</w:t>
      </w:r>
    </w:p>
    <w:p w14:paraId="6A5C3FD2" w14:textId="0F9FE38F" w:rsidR="002636F4" w:rsidRPr="00C94C97" w:rsidRDefault="00000000" w:rsidP="002636F4">
      <w:pPr>
        <w:spacing w:after="0"/>
        <w:jc w:val="both"/>
      </w:pPr>
      <w:r w:rsidRPr="00C94C97">
        <w:t>By signing this form, the corresponding author certifies on behalf of all co-authors that the content is original and that they have full authority to submit the manuscript. No changes in authorship or author order will be accepted after submission of this form.</w:t>
      </w:r>
      <w:r w:rsidRPr="00C94C97">
        <w:br/>
      </w:r>
      <w:r w:rsidRPr="00C94C97">
        <w:rPr>
          <w:rFonts w:ascii="Segoe UI Symbol" w:hAnsi="Segoe UI Symbol" w:cs="Segoe UI Symbol"/>
        </w:rPr>
        <w:t>☐</w:t>
      </w:r>
      <w:r w:rsidRPr="00C94C97">
        <w:t xml:space="preserve"> I have read and understood the above declaration and copyright statement and agree to it on behalf of myself and </w:t>
      </w:r>
      <w:r w:rsidR="002636F4" w:rsidRPr="00C94C97">
        <w:t>the co-authors.</w:t>
      </w:r>
    </w:p>
    <w:p w14:paraId="34D47B86" w14:textId="700943F6" w:rsidR="002636F4" w:rsidRPr="00C94C97" w:rsidRDefault="00000000" w:rsidP="002636F4">
      <w:pPr>
        <w:spacing w:after="0"/>
        <w:jc w:val="both"/>
        <w:rPr>
          <w:b/>
          <w:bCs/>
        </w:rPr>
      </w:pPr>
      <w:r w:rsidRPr="00C94C97">
        <w:rPr>
          <w:b/>
          <w:bCs/>
        </w:rPr>
        <w:t>Signature Section</w:t>
      </w:r>
    </w:p>
    <w:p w14:paraId="45C772B7" w14:textId="56938671" w:rsidR="00AD5A34" w:rsidRPr="00C94C97" w:rsidRDefault="00000000" w:rsidP="002636F4">
      <w:pPr>
        <w:spacing w:after="0"/>
        <w:jc w:val="both"/>
      </w:pPr>
      <w:r w:rsidRPr="00C94C97">
        <w:t>Name(s) of Author(s): ____________________________________________</w:t>
      </w:r>
    </w:p>
    <w:p w14:paraId="0F88A4EF" w14:textId="77777777" w:rsidR="00AD5A34" w:rsidRPr="00C94C97" w:rsidRDefault="00000000" w:rsidP="002636F4">
      <w:pPr>
        <w:spacing w:after="0"/>
        <w:jc w:val="both"/>
      </w:pPr>
      <w:r w:rsidRPr="00C94C97">
        <w:t>Address: ______________________________________________________</w:t>
      </w:r>
    </w:p>
    <w:p w14:paraId="082C1F1F" w14:textId="77777777" w:rsidR="00AD5A34" w:rsidRPr="00C94C97" w:rsidRDefault="00000000" w:rsidP="002636F4">
      <w:pPr>
        <w:spacing w:after="0"/>
        <w:jc w:val="both"/>
      </w:pPr>
      <w:r w:rsidRPr="00C94C97">
        <w:t>Signature(s): ___________________________________________________</w:t>
      </w:r>
    </w:p>
    <w:p w14:paraId="1FB2A7E1" w14:textId="77777777" w:rsidR="00AD5A34" w:rsidRPr="00C94C97" w:rsidRDefault="00000000" w:rsidP="002636F4">
      <w:pPr>
        <w:spacing w:after="0"/>
        <w:jc w:val="both"/>
      </w:pPr>
      <w:r w:rsidRPr="00C94C97">
        <w:t>Date Signed: ___________________________________________________</w:t>
      </w:r>
    </w:p>
    <w:p w14:paraId="23DF1E62" w14:textId="5C3B396E" w:rsidR="00AD5A34" w:rsidRPr="00F13913" w:rsidRDefault="00000000" w:rsidP="00F13913">
      <w:pPr>
        <w:jc w:val="both"/>
      </w:pPr>
      <w:r w:rsidRPr="00C94C97">
        <w:br/>
      </w:r>
      <w:r w:rsidRPr="00F13913">
        <w:t xml:space="preserve">Note: The editorial board will not process the manuscript until this signed declaration is received. Please return this form to the journal editor </w:t>
      </w:r>
      <w:r w:rsidR="002636F4" w:rsidRPr="00F13913">
        <w:t>on</w:t>
      </w:r>
      <w:r w:rsidRPr="00F13913">
        <w:t xml:space="preserve"> the same day of submission.</w:t>
      </w:r>
    </w:p>
    <w:sectPr w:rsidR="00AD5A34" w:rsidRPr="00F13913" w:rsidSect="00034616">
      <w:headerReference w:type="default" r:id="rId14"/>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9F7EA" w14:textId="77777777" w:rsidR="007E6D86" w:rsidRDefault="007E6D86" w:rsidP="00C94C97">
      <w:pPr>
        <w:spacing w:after="0" w:line="240" w:lineRule="auto"/>
      </w:pPr>
      <w:r>
        <w:separator/>
      </w:r>
    </w:p>
  </w:endnote>
  <w:endnote w:type="continuationSeparator" w:id="0">
    <w:p w14:paraId="129E12AF" w14:textId="77777777" w:rsidR="007E6D86" w:rsidRDefault="007E6D86" w:rsidP="00C94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F6C2B" w14:textId="1A4B5EEF" w:rsidR="00F13913" w:rsidRDefault="00F13913" w:rsidP="00991B46">
    <w:pPr>
      <w:pStyle w:val="Footer"/>
      <w:pBdr>
        <w:top w:val="single" w:sz="4" w:space="1" w:color="auto"/>
      </w:pBdr>
      <w:jc w:val="center"/>
    </w:pPr>
    <w:r>
      <w:rPr>
        <w:noProof/>
      </w:rPr>
      <w:drawing>
        <wp:inline distT="0" distB="0" distL="0" distR="0" wp14:anchorId="4DC0DBB7" wp14:editId="4BB09A18">
          <wp:extent cx="1119505" cy="344805"/>
          <wp:effectExtent l="0" t="0" r="0" b="0"/>
          <wp:docPr id="17669485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948559" name="Picture 1766948559"/>
                  <pic:cNvPicPr/>
                </pic:nvPicPr>
                <pic:blipFill rotWithShape="1">
                  <a:blip r:embed="rId1"/>
                  <a:srcRect t="34417" b="34748"/>
                  <a:stretch>
                    <a:fillRect/>
                  </a:stretch>
                </pic:blipFill>
                <pic:spPr bwMode="auto">
                  <a:xfrm>
                    <a:off x="0" y="0"/>
                    <a:ext cx="1119505" cy="34480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A1775" w14:textId="77777777" w:rsidR="007E6D86" w:rsidRDefault="007E6D86" w:rsidP="00C94C97">
      <w:pPr>
        <w:spacing w:after="0" w:line="240" w:lineRule="auto"/>
      </w:pPr>
      <w:r>
        <w:separator/>
      </w:r>
    </w:p>
  </w:footnote>
  <w:footnote w:type="continuationSeparator" w:id="0">
    <w:p w14:paraId="5D236DAC" w14:textId="77777777" w:rsidR="007E6D86" w:rsidRDefault="007E6D86" w:rsidP="00C94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991B46" w14:paraId="1F60547A" w14:textId="77777777" w:rsidTr="00991B46">
      <w:tc>
        <w:tcPr>
          <w:tcW w:w="4428" w:type="dxa"/>
          <w:vAlign w:val="center"/>
        </w:tcPr>
        <w:p w14:paraId="18A4CF25" w14:textId="1D46EA71" w:rsidR="00991B46" w:rsidRDefault="00991B46" w:rsidP="00991B46">
          <w:pPr>
            <w:pStyle w:val="Header"/>
          </w:pPr>
          <w:r>
            <w:rPr>
              <w:noProof/>
            </w:rPr>
            <w:drawing>
              <wp:inline distT="0" distB="0" distL="0" distR="0" wp14:anchorId="0880C620" wp14:editId="50D84497">
                <wp:extent cx="1701165" cy="433705"/>
                <wp:effectExtent l="0" t="0" r="0" b="0"/>
                <wp:docPr id="1088676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76172" name="Picture 1088676172"/>
                        <pic:cNvPicPr/>
                      </pic:nvPicPr>
                      <pic:blipFill>
                        <a:blip r:embed="rId1"/>
                        <a:stretch>
                          <a:fillRect/>
                        </a:stretch>
                      </pic:blipFill>
                      <pic:spPr>
                        <a:xfrm>
                          <a:off x="0" y="0"/>
                          <a:ext cx="1701165" cy="433705"/>
                        </a:xfrm>
                        <a:prstGeom prst="rect">
                          <a:avLst/>
                        </a:prstGeom>
                      </pic:spPr>
                    </pic:pic>
                  </a:graphicData>
                </a:graphic>
              </wp:inline>
            </w:drawing>
          </w:r>
        </w:p>
      </w:tc>
      <w:tc>
        <w:tcPr>
          <w:tcW w:w="4428" w:type="dxa"/>
          <w:vAlign w:val="center"/>
        </w:tcPr>
        <w:p w14:paraId="05AB8029" w14:textId="264D6C98" w:rsidR="00991B46" w:rsidRDefault="00991B46" w:rsidP="00991B46">
          <w:pPr>
            <w:pStyle w:val="Header"/>
            <w:jc w:val="right"/>
          </w:pPr>
          <w:r>
            <w:rPr>
              <w:noProof/>
            </w:rPr>
            <w:drawing>
              <wp:inline distT="0" distB="0" distL="0" distR="0" wp14:anchorId="034BD15F" wp14:editId="2102BE59">
                <wp:extent cx="1564748" cy="449580"/>
                <wp:effectExtent l="0" t="0" r="0" b="0"/>
                <wp:docPr id="856446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46952" name="Picture 856446952"/>
                        <pic:cNvPicPr/>
                      </pic:nvPicPr>
                      <pic:blipFill rotWithShape="1">
                        <a:blip r:embed="rId2"/>
                        <a:srcRect t="34372" r="18781" b="34863"/>
                        <a:stretch>
                          <a:fillRect/>
                        </a:stretch>
                      </pic:blipFill>
                      <pic:spPr bwMode="auto">
                        <a:xfrm>
                          <a:off x="0" y="0"/>
                          <a:ext cx="1564748" cy="44958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E94BF11" w14:textId="04005EF1" w:rsidR="00C94C97" w:rsidRDefault="00C94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6023418">
    <w:abstractNumId w:val="8"/>
  </w:num>
  <w:num w:numId="2" w16cid:durableId="799152680">
    <w:abstractNumId w:val="6"/>
  </w:num>
  <w:num w:numId="3" w16cid:durableId="153448540">
    <w:abstractNumId w:val="5"/>
  </w:num>
  <w:num w:numId="4" w16cid:durableId="1931430001">
    <w:abstractNumId w:val="4"/>
  </w:num>
  <w:num w:numId="5" w16cid:durableId="1462529395">
    <w:abstractNumId w:val="7"/>
  </w:num>
  <w:num w:numId="6" w16cid:durableId="790973591">
    <w:abstractNumId w:val="3"/>
  </w:num>
  <w:num w:numId="7" w16cid:durableId="17464896">
    <w:abstractNumId w:val="2"/>
  </w:num>
  <w:num w:numId="8" w16cid:durableId="154927799">
    <w:abstractNumId w:val="1"/>
  </w:num>
  <w:num w:numId="9" w16cid:durableId="40902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36F4"/>
    <w:rsid w:val="0029639D"/>
    <w:rsid w:val="00326F90"/>
    <w:rsid w:val="004343A3"/>
    <w:rsid w:val="007E6D86"/>
    <w:rsid w:val="007F3EB7"/>
    <w:rsid w:val="008679A5"/>
    <w:rsid w:val="00913459"/>
    <w:rsid w:val="00991B46"/>
    <w:rsid w:val="00A37CF8"/>
    <w:rsid w:val="00AA1D8D"/>
    <w:rsid w:val="00AD5A34"/>
    <w:rsid w:val="00B47730"/>
    <w:rsid w:val="00C94C97"/>
    <w:rsid w:val="00CB0664"/>
    <w:rsid w:val="00F139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B6C8C7"/>
  <w14:defaultImageDpi w14:val="300"/>
  <w15:docId w15:val="{82848415-F7C6-4A27-9F28-9E7A36C3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636F4"/>
    <w:rPr>
      <w:color w:val="0000FF" w:themeColor="hyperlink"/>
      <w:u w:val="single"/>
    </w:rPr>
  </w:style>
  <w:style w:type="character" w:styleId="UnresolvedMention">
    <w:name w:val="Unresolved Mention"/>
    <w:basedOn w:val="DefaultParagraphFont"/>
    <w:uiPriority w:val="99"/>
    <w:semiHidden/>
    <w:unhideWhenUsed/>
    <w:rsid w:val="00263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ms@smarcons.com" TargetMode="External"/><Relationship Id="rId13" Type="http://schemas.openxmlformats.org/officeDocument/2006/relationships/hyperlink" Target="https://creativecommons.org/licenses/by/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igshare.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enodo.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journals.smarcons.com/index.php/jems/Publication_Ethics" TargetMode="Externa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617</Words>
  <Characters>3863</Characters>
  <Application>Microsoft Office Word</Application>
  <DocSecurity>0</DocSecurity>
  <Lines>117</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Talha Shafique</cp:lastModifiedBy>
  <cp:revision>4</cp:revision>
  <cp:lastPrinted>2025-06-12T06:12:00Z</cp:lastPrinted>
  <dcterms:created xsi:type="dcterms:W3CDTF">2013-12-23T23:15:00Z</dcterms:created>
  <dcterms:modified xsi:type="dcterms:W3CDTF">2025-06-12T06:53:00Z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5233834e-a081-4413-86da-ff96c698a902</vt:lpwstr>
  </property>
</Properties>
</file>